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你的AI，装在你自己这里</w:t>
      </w:r>
    </w:p>
    <w:p>
      <w:pPr>
        <w:pStyle w:val="Heading2"/>
      </w:pPr>
      <w:r>
        <w:rPr>
          <w:rFonts w:ascii="Arial Unicode MS" w:hAnsi="Arial Unicode MS" w:eastAsia="Arial Unicode MS" w:cs="Arial Unicode MS" w:hint="eastAsia"/>
        </w:rPr>
        <w:t>道生产品手册</w:t>
      </w:r>
    </w:p>
    <w:p>
      <w:r>
        <w:rPr>
          <w:rFonts w:ascii="Arial Unicode MS" w:hAnsi="Arial Unicode MS" w:eastAsia="Arial Unicode MS" w:cs="Arial Unicode MS" w:hint="eastAsia"/>
        </w:rPr>
        <w:t>道生把AI模型、好用的工具和行业专家的经验，装进你自己的电脑或机房。资料不出门，能力随时加，每一块都能单独换。</w:t>
      </w:r>
    </w:p>
    <w:p>
      <w:r>
        <w:rPr>
          <w:rFonts w:ascii="Arial Unicode MS" w:hAnsi="Arial Unicode MS" w:eastAsia="Arial Unicode MS" w:cs="Arial Unicode MS" w:hint="eastAsia"/>
        </w:rPr>
        <w:t>道生 · 产品手册 v3.0 · 2026年9月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先读这一页</w:t>
      </w:r>
    </w:p>
    <w:p>
      <w:r>
        <w:rPr>
          <w:rFonts w:ascii="Arial Unicode MS" w:hAnsi="Arial Unicode MS" w:eastAsia="Arial Unicode MS" w:cs="Arial Unicode MS" w:hint="eastAsia"/>
          <w:b/>
        </w:rPr>
        <w:t>道生是什么？</w:t>
      </w:r>
      <w:r>
        <w:rPr>
          <w:rFonts w:ascii="Arial Unicode MS" w:hAnsi="Arial Unicode MS" w:eastAsia="Arial Unicode MS" w:cs="Arial Unicode MS" w:hint="eastAsia"/>
        </w:rPr>
        <w:t xml:space="preserve"> 一个装在你自己这里的AI底座。上面可以接AI模型、工具插件和专家能力，一个入口就能用齐。</w:t>
      </w:r>
    </w:p>
    <w:p>
      <w:r>
        <w:rPr>
          <w:rFonts w:ascii="Arial Unicode MS" w:hAnsi="Arial Unicode MS" w:eastAsia="Arial Unicode MS" w:cs="Arial Unicode MS" w:hint="eastAsia"/>
          <w:b/>
        </w:rPr>
        <w:t>给谁用？</w:t>
      </w:r>
      <w:r>
        <w:rPr>
          <w:rFonts w:ascii="Arial Unicode MS" w:hAnsi="Arial Unicode MS" w:eastAsia="Arial Unicode MS" w:cs="Arial Unicode MS" w:hint="eastAsia"/>
        </w:rPr>
        <w:t xml:space="preserve"> 两个版本：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超级个体版</w:t>
      </w:r>
      <w:r>
        <w:rPr>
          <w:rFonts w:ascii="Arial Unicode MS" w:hAnsi="Arial Unicode MS" w:eastAsia="Arial Unicode MS" w:cs="Arial Unicode MS" w:hint="eastAsia"/>
        </w:rPr>
        <w:t>：装在个人电脑上，一个人干一个团队的活；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行业定制版</w:t>
      </w:r>
      <w:r>
        <w:rPr>
          <w:rFonts w:ascii="Arial Unicode MS" w:hAnsi="Arial Unicode MS" w:eastAsia="Arial Unicode MS" w:cs="Arial Unicode MS" w:hint="eastAsia"/>
        </w:rPr>
        <w:t>：装在企业机房，接入企业资料和系统，长出行业应用。</w:t>
      </w:r>
    </w:p>
    <w:p>
      <w:r>
        <w:rPr>
          <w:rFonts w:ascii="Arial Unicode MS" w:hAnsi="Arial Unicode MS" w:eastAsia="Arial Unicode MS" w:cs="Arial Unicode MS" w:hint="eastAsia"/>
          <w:b/>
        </w:rPr>
        <w:t>和别家有什么不同？</w:t>
      </w:r>
      <w:r>
        <w:rPr>
          <w:rFonts w:ascii="Arial Unicode MS" w:hAnsi="Arial Unicode MS" w:eastAsia="Arial Unicode MS" w:cs="Arial Unicode MS" w:hint="eastAsia"/>
        </w:rPr>
        <w:t xml:space="preserve"> 三个词：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自有</w:t>
      </w:r>
      <w:r>
        <w:rPr>
          <w:rFonts w:ascii="Arial Unicode MS" w:hAnsi="Arial Unicode MS" w:eastAsia="Arial Unicode MS" w:cs="Arial Unicode MS" w:hint="eastAsia"/>
        </w:rPr>
        <w:t>：近百项能力，先在我们自己的业务里用过；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私有</w:t>
      </w:r>
      <w:r>
        <w:rPr>
          <w:rFonts w:ascii="Arial Unicode MS" w:hAnsi="Arial Unicode MS" w:eastAsia="Arial Unicode MS" w:cs="Arial Unicode MS" w:hint="eastAsia"/>
        </w:rPr>
        <w:t>：资料留在你这里，每一块都能换成别家的；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生长</w:t>
      </w:r>
      <w:r>
        <w:rPr>
          <w:rFonts w:ascii="Arial Unicode MS" w:hAnsi="Arial Unicode MS" w:eastAsia="Arial Unicode MS" w:cs="Arial Unicode MS" w:hint="eastAsia"/>
        </w:rPr>
        <w:t>：能力越接越多，做顺的事会变成下次可以直接拿来用的能力。</w:t>
      </w:r>
    </w:p>
    <w:p>
      <w:r>
        <w:rPr>
          <w:rFonts w:ascii="Arial Unicode MS" w:hAnsi="Arial Unicode MS" w:eastAsia="Arial Unicode MS" w:cs="Arial Unicode MS" w:hint="eastAsia"/>
          <w:b/>
        </w:rPr>
        <w:t>现在能做到哪？</w:t>
      </w:r>
      <w:r>
        <w:rPr>
          <w:rFonts w:ascii="Arial Unicode MS" w:hAnsi="Arial Unicode MS" w:eastAsia="Arial Unicode MS" w:cs="Arial Unicode MS" w:hint="eastAsia"/>
        </w:rPr>
        <w:t xml:space="preserve"> 本手册每一项能力都标明状态：已在用、已验证、可演示、规划中。没做完的，我们不写成“现在就有”。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一张图看懂道生</w:t>
      </w:r>
    </w:p>
    <w:p>
      <w:r>
        <w:rPr>
          <w:rFonts w:ascii="Arial Unicode MS" w:hAnsi="Arial Unicode MS" w:eastAsia="Arial Unicode MS" w:cs="Arial Unicode MS" w:hint="eastAsia"/>
        </w:rPr>
        <w:t>从上往下看，越往下越接近“地基”：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层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里面有什么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谁在用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超级个体、企业团队、伙伴与开发者、行业专家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两个版本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超级个体版（装在你的电脑）、行业定制版（装在你的机房）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能力广场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AI模型、工具插件与技能、专家能力、道生自有能力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道生底座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一个入口用齐、谁能用谁来批、用量记账、你的资料库、操作记录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运行在哪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你的电脑、你的机房、你选的云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中间的“能力广场”是道生的核心：接进来的能力越多，你的AI就越能干。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自有 · 私有 · 生长</w:t>
      </w:r>
    </w:p>
    <w:p>
      <w:r>
        <w:rPr>
          <w:rFonts w:ascii="Arial Unicode MS" w:hAnsi="Arial Unicode MS" w:eastAsia="Arial Unicode MS" w:cs="Arial Unicode MS" w:hint="eastAsia"/>
          <w:b/>
        </w:rPr>
        <w:t>自有：先在自己身上用过。</w:t>
      </w:r>
      <w:r>
        <w:rPr>
          <w:rFonts w:ascii="Arial Unicode MS" w:hAnsi="Arial Unicode MS" w:eastAsia="Arial Unicode MS" w:cs="Arial Unicode MS" w:hint="eastAsia"/>
        </w:rPr>
        <w:t xml:space="preserve"> 道生的能力来自我们自己的业务：每天出投研晨报、从知识到图文卡片的内容产线、带出处的资料库问答。先用顺了，再拿出来。</w:t>
      </w:r>
    </w:p>
    <w:p>
      <w:r>
        <w:rPr>
          <w:rFonts w:ascii="Arial Unicode MS" w:hAnsi="Arial Unicode MS" w:eastAsia="Arial Unicode MS" w:cs="Arial Unicode MS" w:hint="eastAsia"/>
          <w:b/>
        </w:rPr>
        <w:t>私有：装在你这里，每一块都能换。</w:t>
      </w:r>
      <w:r>
        <w:rPr>
          <w:rFonts w:ascii="Arial Unicode MS" w:hAnsi="Arial Unicode MS" w:eastAsia="Arial Unicode MS" w:cs="Arial Unicode MS" w:hint="eastAsia"/>
        </w:rPr>
        <w:t xml:space="preserve"> AI模型、资料库、界面、能力，都可以换成别家的。你不会被一家公司绑住，也不用每换一次就从头来。</w:t>
      </w:r>
    </w:p>
    <w:p>
      <w:r>
        <w:rPr>
          <w:rFonts w:ascii="Arial Unicode MS" w:hAnsi="Arial Unicode MS" w:eastAsia="Arial Unicode MS" w:cs="Arial Unicode MS" w:hint="eastAsia"/>
          <w:b/>
        </w:rPr>
        <w:t>生长：种下一颗种子，让应用自己长。</w:t>
      </w:r>
      <w:r>
        <w:rPr>
          <w:rFonts w:ascii="Arial Unicode MS" w:hAnsi="Arial Unicode MS" w:eastAsia="Arial Unicode MS" w:cs="Arial Unicode MS" w:hint="eastAsia"/>
        </w:rPr>
        <w:t xml:space="preserve"> 开源好工具、行业专家的经验、你们自己的做事方法，都可以接进来。每做顺一件事，它就沉淀成一项能力，下次直接拿来用。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01 为什么要把AI装在自己这里</w:t>
      </w:r>
    </w:p>
    <w:p>
      <w:r>
        <w:rPr>
          <w:rFonts w:ascii="Arial Unicode MS" w:hAnsi="Arial Unicode MS" w:eastAsia="Arial Unicode MS" w:cs="Arial Unicode MS" w:hint="eastAsia"/>
          <w:b/>
        </w:rPr>
        <w:t>AI越来越便宜，资料越来越值钱。</w:t>
      </w:r>
      <w:r>
        <w:rPr>
          <w:rFonts w:ascii="Arial Unicode MS" w:hAnsi="Arial Unicode MS" w:eastAsia="Arial Unicode MS" w:cs="Arial Unicode MS" w:hint="eastAsia"/>
        </w:rPr>
        <w:t xml:space="preserve"> AI模型的用量价格一直在降，而且可以按需要选用不同的模型。真正值钱的，是你的客户资料、业务数据和做事方法。</w:t>
      </w:r>
    </w:p>
    <w:p>
      <w:r>
        <w:rPr>
          <w:rFonts w:ascii="Arial Unicode MS" w:hAnsi="Arial Unicode MS" w:eastAsia="Arial Unicode MS" w:cs="Arial Unicode MS" w:hint="eastAsia"/>
          <w:b/>
        </w:rPr>
        <w:t>用的人很多，做成的很少。</w:t>
      </w:r>
      <w:r>
        <w:rPr>
          <w:rFonts w:ascii="Arial Unicode MS" w:hAnsi="Arial Unicode MS" w:eastAsia="Arial Unicode MS" w:cs="Arial Unicode MS" w:hint="eastAsia"/>
        </w:rPr>
        <w:t xml:space="preserve"> 组织使用AI的比例继续上升，但让AI真正进入业务流程的仍是少数。[S1] 有研究机构预测，到2027年底超过四成的这类项目会因价值不清、成本失控或风险控制不足被取消。[S3]</w:t>
      </w:r>
    </w:p>
    <w:p>
      <w:r>
        <w:rPr>
          <w:rFonts w:ascii="Arial Unicode MS" w:hAnsi="Arial Unicode MS" w:eastAsia="Arial Unicode MS" w:cs="Arial Unicode MS" w:hint="eastAsia"/>
          <w:b/>
        </w:rPr>
        <w:t>所以关键不是“用哪个AI”，而是“AI用你的什么、在谁手里”。</w:t>
      </w:r>
      <w:r>
        <w:rPr>
          <w:rFonts w:ascii="Arial Unicode MS" w:hAnsi="Arial Unicode MS" w:eastAsia="Arial Unicode MS" w:cs="Arial Unicode MS" w:hint="eastAsia"/>
        </w:rPr>
        <w:t xml:space="preserve"> 资料留在你这里，AI可以换；能力沉淀在你这里，项目就不会白做。</w:t>
      </w:r>
    </w:p>
    <w:p>
      <w:pPr>
        <w:spacing w:before="120" w:after="160"/>
        <w:ind w:left="340"/>
      </w:pPr>
      <w:r>
        <w:rPr>
          <w:rFonts w:ascii="Arial Unicode MS" w:hAnsi="Arial Unicode MS" w:eastAsia="Arial Unicode MS" w:cs="Arial Unicode MS" w:hint="eastAsia"/>
          <w:b/>
        </w:rPr>
        <w:t>解决：资料是你的｜AI可以换｜做过的不白做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私有，不等于封闭</w:t>
      </w:r>
    </w:p>
    <w:p>
      <w:r>
        <w:rPr>
          <w:rFonts w:ascii="Arial Unicode MS" w:hAnsi="Arial Unicode MS" w:eastAsia="Arial Unicode MS" w:cs="Arial Unicode MS" w:hint="eastAsia"/>
        </w:rPr>
        <w:t>很多人担心：装在自己这里，是不是就用不上最新最好的AI了？</w:t>
      </w:r>
    </w:p>
    <w:p>
      <w:r>
        <w:rPr>
          <w:rFonts w:ascii="Arial Unicode MS" w:hAnsi="Arial Unicode MS" w:eastAsia="Arial Unicode MS" w:cs="Arial Unicode MS" w:hint="eastAsia"/>
        </w:rPr>
        <w:t>道生的做法是</w:t>
      </w:r>
      <w:r>
        <w:rPr>
          <w:rFonts w:ascii="Arial Unicode MS" w:hAnsi="Arial Unicode MS" w:eastAsia="Arial Unicode MS" w:cs="Arial Unicode MS" w:hint="eastAsia"/>
          <w:b/>
        </w:rPr>
        <w:t>私有，但开放</w:t>
      </w:r>
      <w:r>
        <w:rPr>
          <w:rFonts w:ascii="Arial Unicode MS" w:hAnsi="Arial Unicode MS" w:eastAsia="Arial Unicode MS" w:cs="Arial Unicode MS" w:hint="eastAsia"/>
        </w:rPr>
        <w:t>：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AI模型可以随时换。</w:t>
      </w:r>
      <w:r>
        <w:rPr>
          <w:rFonts w:ascii="Arial Unicode MS" w:hAnsi="Arial Unicode MS" w:eastAsia="Arial Unicode MS" w:cs="Arial Unicode MS" w:hint="eastAsia"/>
        </w:rPr>
        <w:t xml:space="preserve"> 国内外主流模型、你自己的模型账号、不联网的本机模型，都能接；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好工具可以随时装。</w:t>
      </w:r>
      <w:r>
        <w:rPr>
          <w:rFonts w:ascii="Arial Unicode MS" w:hAnsi="Arial Unicode MS" w:eastAsia="Arial Unicode MS" w:cs="Arial Unicode MS" w:hint="eastAsia"/>
        </w:rPr>
        <w:t xml:space="preserve"> 全世界开发者公开的开源工具，经过来源和授权检查后可以装进来；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  <w:b/>
        </w:rPr>
        <w:t>你只决定一件事：哪些资料可以给外面的AI看。</w:t>
      </w:r>
      <w:r>
        <w:rPr>
          <w:rFonts w:ascii="Arial Unicode MS" w:hAnsi="Arial Unicode MS" w:eastAsia="Arial Unicode MS" w:cs="Arial Unicode MS" w:hint="eastAsia"/>
        </w:rPr>
        <w:t xml:space="preserve"> 敏感的，只给本机模型；普通的，可以用云上更强的模型。</w:t>
      </w:r>
    </w:p>
    <w:p>
      <w:r>
        <w:rPr>
          <w:rFonts w:ascii="Arial Unicode MS" w:hAnsi="Arial Unicode MS" w:eastAsia="Arial Unicode MS" w:cs="Arial Unicode MS" w:hint="eastAsia"/>
        </w:rPr>
        <w:t>私有保护的是你的资料和经验；开放带来的是更多、更新的能力。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02 从 mysuperid 到道生</w:t>
      </w:r>
    </w:p>
    <w:p>
      <w:r>
        <w:rPr>
          <w:rFonts w:ascii="Arial Unicode MS" w:hAnsi="Arial Unicode MS" w:eastAsia="Arial Unicode MS" w:cs="Arial Unicode MS" w:hint="eastAsia"/>
        </w:rPr>
        <w:t>道生不是从一张图纸开始的。它从 mysuperid 一路长出来：一个人借助一群AI，把投研、内容和获客这些原本需要一个团队的工作，一项项做成自己的工具。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时间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发生了什么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2026年春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mysuperid 起步：投研数据、联网搜索、内容生产，做成自己的工具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2026年夏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工具变成会跑的产线：每天自动出晨报，内容从知识到成品自动流转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2026年8月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把反复出现的共同需求——谁能用、花了多少、做了什么——抽成道生底座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2026年9月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近百项能力登记在册；投研、母基金、物流等行业场景在同一个底座上装出来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下一步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超级个体版与行业定制版（规划中）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从一个人的工具，到一个可以交给更多人的产品——这就是道生。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先在自己身上用过</w:t>
      </w:r>
    </w:p>
    <w:p>
      <w:r>
        <w:rPr>
          <w:rFonts w:ascii="Arial Unicode MS" w:hAnsi="Arial Unicode MS" w:eastAsia="Arial Unicode MS" w:cs="Arial Unicode MS" w:hint="eastAsia"/>
        </w:rPr>
        <w:t>道生的每一条业务线，都是一块“试验田”：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方向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做出的成果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状态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投研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按工作日出晨报与风险提示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内容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知识卡、图文、视频成品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资料库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视频与文档资料问答，回答带出处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母基金 / 资管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管理人档案、一页纸、对比表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合同物流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百票体检：逐票还原真实成本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可演示（样例数据）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人力资源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绩效核算审计、简历初筛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跨境获客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目标买家清单与跟进材料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“已在用”指在道生自己的业务中持续使用，不等于已经在你的环境里部署。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03 两个版本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超级个体版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行业定制版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给谁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独立顾问、研究员、内容创作者、小工作室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有专业流程和敏感资料的企业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装在哪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你自己的电脑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企业机房或私有云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核心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个人资料库 + 常用能力 + 你的做事方法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私有部署 + 资料库建设 + 行业应用 + 系统对接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怎么收费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按月或按年订阅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部署授权 + 实施 + 年度维护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状态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规划中（内测招募）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可演示，项目评估后交付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两个版本用的是同一个底座、同一个能力广场。个人用顺的能力，企业可以直接拿来用；企业沉淀的行业能力，也可以（经授权）开放给个人。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超级个体版：一个人，干一个团队的活</w:t>
      </w:r>
    </w:p>
    <w:p>
      <w:r>
        <w:rPr>
          <w:rFonts w:ascii="Arial Unicode MS" w:hAnsi="Arial Unicode MS" w:eastAsia="Arial Unicode MS" w:cs="Arial Unicode MS" w:hint="eastAsia"/>
          <w:b/>
        </w:rPr>
        <w:t>遇到的问题：</w:t>
      </w:r>
      <w:r>
        <w:rPr>
          <w:rFonts w:ascii="Arial Unicode MS" w:hAnsi="Arial Unicode MS" w:eastAsia="Arial Unicode MS" w:cs="Arial Unicode MS" w:hint="eastAsia"/>
        </w:rPr>
        <w:t xml:space="preserve"> 一个人要做研究、写方案、做内容、跟客户，工具很多却互不相通；资料放在网上的AI里又不放心。</w:t>
      </w:r>
    </w:p>
    <w:p>
      <w:r>
        <w:rPr>
          <w:rFonts w:ascii="Arial Unicode MS" w:hAnsi="Arial Unicode MS" w:eastAsia="Arial Unicode MS" w:cs="Arial Unicode MS" w:hint="eastAsia"/>
          <w:b/>
        </w:rPr>
        <w:t>道生怎么做：</w:t>
      </w:r>
      <w:r>
        <w:rPr>
          <w:rFonts w:ascii="Arial Unicode MS" w:hAnsi="Arial Unicode MS" w:eastAsia="Arial Unicode MS" w:cs="Arial Unicode MS" w:hint="eastAsia"/>
        </w:rPr>
        <w:t xml:space="preserve"> 把道生装在你自己的电脑上。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你的资料库</w:t>
      </w:r>
      <w:r>
        <w:rPr>
          <w:rFonts w:ascii="Arial Unicode MS" w:hAnsi="Arial Unicode MS" w:eastAsia="Arial Unicode MS" w:cs="Arial Unicode MS" w:hint="eastAsia"/>
        </w:rPr>
        <w:t>：文档、笔记、网页、视频放进来，AI回答时告诉你依据在哪一页；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常用能力</w:t>
      </w:r>
      <w:r>
        <w:rPr>
          <w:rFonts w:ascii="Arial Unicode MS" w:hAnsi="Arial Unicode MS" w:eastAsia="Arial Unicode MS" w:cs="Arial Unicode MS" w:hint="eastAsia"/>
        </w:rPr>
        <w:t>：联网搜索、文档识别、数据查询、图文制作，从能力广场按需装；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你的做事方法</w:t>
      </w:r>
      <w:r>
        <w:rPr>
          <w:rFonts w:ascii="Arial Unicode MS" w:hAnsi="Arial Unicode MS" w:eastAsia="Arial Unicode MS" w:cs="Arial Unicode MS" w:hint="eastAsia"/>
        </w:rPr>
        <w:t>：把你改过的答案和常用模板存下来，AI越用越像你；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用量心里有数</w:t>
      </w:r>
      <w:r>
        <w:rPr>
          <w:rFonts w:ascii="Arial Unicode MS" w:hAnsi="Arial Unicode MS" w:eastAsia="Arial Unicode MS" w:cs="Arial Unicode MS" w:hint="eastAsia"/>
        </w:rPr>
        <w:t>：每月上限到了就停，每件事花了多少一目了然。</w:t>
      </w:r>
    </w:p>
    <w:p>
      <w:r>
        <w:rPr>
          <w:rFonts w:ascii="Arial Unicode MS" w:hAnsi="Arial Unicode MS" w:eastAsia="Arial Unicode MS" w:cs="Arial Unicode MS" w:hint="eastAsia"/>
          <w:b/>
        </w:rPr>
        <w:t>你得到：</w:t>
      </w:r>
      <w:r>
        <w:rPr>
          <w:rFonts w:ascii="Arial Unicode MS" w:hAnsi="Arial Unicode MS" w:eastAsia="Arial Unicode MS" w:cs="Arial Unicode MS" w:hint="eastAsia"/>
        </w:rPr>
        <w:t xml:space="preserve"> 一套只属于你的AI工作台。</w:t>
      </w:r>
    </w:p>
    <w:p>
      <w:pPr>
        <w:spacing w:before="120" w:after="160"/>
        <w:ind w:left="340"/>
      </w:pPr>
      <w:r>
        <w:rPr>
          <w:rFonts w:ascii="Arial Unicode MS" w:hAnsi="Arial Unicode MS" w:eastAsia="Arial Unicode MS" w:cs="Arial Unicode MS" w:hint="eastAsia"/>
          <w:b/>
        </w:rPr>
        <w:t>解决：资料不出本机｜工具不用来回切｜经验自己沉淀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超级个体版适合谁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身份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一天里可以交给道生的事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独立顾问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整理客户资料、写尽调清单、出方案初稿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研究员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汇总公告与新闻、出晨报、查数据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内容创作者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选题、写稿、做图文卡片和短视频脚本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小工作室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三五个人共用一套资料库和能力，各有独立空间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  <w:b/>
        </w:rPr>
        <w:t>当前状态：规划中。</w:t>
      </w:r>
      <w:r>
        <w:rPr>
          <w:rFonts w:ascii="Arial Unicode MS" w:hAnsi="Arial Unicode MS" w:eastAsia="Arial Unicode MS" w:cs="Arial Unicode MS" w:hint="eastAsia"/>
        </w:rPr>
        <w:t xml:space="preserve"> 正在招募第一批内测用户。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行业定制版：装在企业机房，长出行业应用</w:t>
      </w:r>
    </w:p>
    <w:p>
      <w:r>
        <w:rPr>
          <w:rFonts w:ascii="Arial Unicode MS" w:hAnsi="Arial Unicode MS" w:eastAsia="Arial Unicode MS" w:cs="Arial Unicode MS" w:hint="eastAsia"/>
          <w:b/>
        </w:rPr>
        <w:t>遇到的问题：</w:t>
      </w:r>
      <w:r>
        <w:rPr>
          <w:rFonts w:ascii="Arial Unicode MS" w:hAnsi="Arial Unicode MS" w:eastAsia="Arial Unicode MS" w:cs="Arial Unicode MS" w:hint="eastAsia"/>
        </w:rPr>
        <w:t xml:space="preserve"> 企业资料多、流程专、要求严，通用AI产品用不上，自己开发又太慢太贵。</w:t>
      </w:r>
    </w:p>
    <w:p>
      <w:r>
        <w:rPr>
          <w:rFonts w:ascii="Arial Unicode MS" w:hAnsi="Arial Unicode MS" w:eastAsia="Arial Unicode MS" w:cs="Arial Unicode MS" w:hint="eastAsia"/>
          <w:b/>
        </w:rPr>
        <w:t>道生怎么做：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内容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你得到什么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状态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私有部署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软件、资料、AI都在你的机房，谁能用、谁来批由你定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规划中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资料库建设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企业文件、制度、历史案例进资料库，回答带出处，按权限可见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让模型学会你的做法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把业务老手改过的答案教给AI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规划中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行业应用开发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在道生上做出行业应用，不用每次从零写系统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系统对接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和现有业务系统、表格、消息工具接起来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</w:tbl>
    <w:p>
      <w:pPr>
        <w:spacing w:after="0"/>
      </w:pPr>
    </w:p>
    <w:p>
      <w:pPr>
        <w:spacing w:before="120" w:after="160"/>
        <w:ind w:left="340"/>
      </w:pPr>
      <w:r>
        <w:rPr>
          <w:rFonts w:ascii="Arial Unicode MS" w:hAnsi="Arial Unicode MS" w:eastAsia="Arial Unicode MS" w:cs="Arial Unicode MS" w:hint="eastAsia"/>
          <w:b/>
        </w:rPr>
        <w:t>解决：资料不出机房｜专家经验留得住｜新应用不用从零写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企业的AI，是“长”出来的</w:t>
      </w:r>
    </w:p>
    <w:p>
      <w:r>
        <w:rPr>
          <w:rFonts w:ascii="Arial Unicode MS" w:hAnsi="Arial Unicode MS" w:eastAsia="Arial Unicode MS" w:cs="Arial Unicode MS" w:hint="eastAsia"/>
        </w:rPr>
        <w:t>我们不建议企业一上来就买一个大平台。道生的做法是从一件事开始，慢慢长大：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选一件事</w:t>
      </w:r>
      <w:r>
        <w:rPr>
          <w:rFonts w:ascii="Arial Unicode MS" w:hAnsi="Arial Unicode MS" w:eastAsia="Arial Unicode MS" w:cs="Arial Unicode MS" w:hint="eastAsia"/>
        </w:rPr>
        <w:t>：每周都在重复、做对做错能判断的事，比如对账、写研究报告、整理客户资料；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先只看不动</w:t>
      </w:r>
      <w:r>
        <w:rPr>
          <w:rFonts w:ascii="Arial Unicode MS" w:hAnsi="Arial Unicode MS" w:eastAsia="Arial Unicode MS" w:cs="Arial Unicode MS" w:hint="eastAsia"/>
        </w:rPr>
        <w:t>：AI先出结果给人看，不直接改你的系统；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有人把关</w:t>
      </w:r>
      <w:r>
        <w:rPr>
          <w:rFonts w:ascii="Arial Unicode MS" w:hAnsi="Arial Unicode MS" w:eastAsia="Arial Unicode MS" w:cs="Arial Unicode MS" w:hint="eastAsia"/>
        </w:rPr>
        <w:t>：重要动作必须有人点头才执行，每一步都有记录；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沉淀成能力</w:t>
      </w:r>
      <w:r>
        <w:rPr>
          <w:rFonts w:ascii="Arial Unicode MS" w:hAnsi="Arial Unicode MS" w:eastAsia="Arial Unicode MS" w:cs="Arial Unicode MS" w:hint="eastAsia"/>
        </w:rPr>
        <w:t>：做顺的流程变成能力，下一个部门、下一件事直接用上。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行业例子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38"/>
        <w:gridCol w:w="2438"/>
        <w:gridCol w:w="2438"/>
        <w:gridCol w:w="2438"/>
      </w:tblGrid>
      <w:tr>
        <w:trPr>
          <w:tblHeader w:val="true"/>
        </w:trP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行业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做成的事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用到的能力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状态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投研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每个工作日自动出晨报，并给自己打分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行情数据、联网搜索、报告生成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母基金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管理人材料整理成带出处的档案，自动出一页纸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文档识别、专家口径、档案整理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合同物流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取最近一百票，逐票还原真实成本与毛利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表格整理、差异核对、经营发现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可演示（样例数据）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内容机构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从知识到图文卡片、公众号草稿，发布前有人审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资料库、图文制作、内容排版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这些例子说明方法可以跨行业复用。每个新行业的第一个项目，都从资格评估和样本验证开始。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04 能力广场：能力从哪里来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来源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是什么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怎么收费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AI模型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国内外主流模型、你自己的模型账号、本机模型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用自己的账号不收费；用道生统一采购的，按实际用量计费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工具插件与技能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开源好工具、第三方工具，检查来源与授权后上架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基础工具免费装；有人维护、经过认证的收费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专家能力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行业专家的独有数据和判断方法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按次或按月，收入与专家分成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道生自有能力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我们自己业务里用顺的近百项能力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包含在版本内或按能力包收费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能力广场是道生的“货架”。每一项能力都写清楚：能做什么、需要什么资料、会不会花钱、现在是什么状态。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AI模型：想用哪个用哪个</w:t>
      </w:r>
    </w:p>
    <w:p>
      <w:r>
        <w:rPr>
          <w:rFonts w:ascii="Arial Unicode MS" w:hAnsi="Arial Unicode MS" w:eastAsia="Arial Unicode MS" w:cs="Arial Unicode MS" w:hint="eastAsia"/>
          <w:b/>
        </w:rPr>
        <w:t>遇到的问题：</w:t>
      </w:r>
      <w:r>
        <w:rPr>
          <w:rFonts w:ascii="Arial Unicode MS" w:hAnsi="Arial Unicode MS" w:eastAsia="Arial Unicode MS" w:cs="Arial Unicode MS" w:hint="eastAsia"/>
        </w:rPr>
        <w:t xml:space="preserve"> AI模型更新很快，今天这家强，明天那家便宜；每换一次都要重新调。</w:t>
      </w:r>
    </w:p>
    <w:p>
      <w:r>
        <w:rPr>
          <w:rFonts w:ascii="Arial Unicode MS" w:hAnsi="Arial Unicode MS" w:eastAsia="Arial Unicode MS" w:cs="Arial Unicode MS" w:hint="eastAsia"/>
          <w:b/>
        </w:rPr>
        <w:t>道生怎么做：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按任务挑模型：简单的事用便宜快的，重要的事用更强的；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你可以用自己的模型账号，也可以用道生统一采购的模型用量；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敏感资料只交给不联网的本机模型；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每月设上限，到了自动停；账单按“哪件事花了多少”拆开。</w:t>
      </w:r>
    </w:p>
    <w:p>
      <w:r>
        <w:rPr>
          <w:rFonts w:ascii="Arial Unicode MS" w:hAnsi="Arial Unicode MS" w:eastAsia="Arial Unicode MS" w:cs="Arial Unicode MS" w:hint="eastAsia"/>
          <w:b/>
        </w:rPr>
        <w:t>你得到：</w:t>
      </w:r>
      <w:r>
        <w:rPr>
          <w:rFonts w:ascii="Arial Unicode MS" w:hAnsi="Arial Unicode MS" w:eastAsia="Arial Unicode MS" w:cs="Arial Unicode MS" w:hint="eastAsia"/>
        </w:rPr>
        <w:t xml:space="preserve"> 换模型不用重来，花钱心里有数。</w:t>
      </w:r>
    </w:p>
    <w:p>
      <w:pPr>
        <w:spacing w:before="120" w:after="160"/>
        <w:ind w:left="340"/>
      </w:pPr>
      <w:r>
        <w:rPr>
          <w:rFonts w:ascii="Arial Unicode MS" w:hAnsi="Arial Unicode MS" w:eastAsia="Arial Unicode MS" w:cs="Arial Unicode MS" w:hint="eastAsia"/>
          <w:b/>
        </w:rPr>
        <w:t>解决：换AI不重来｜敏感资料不外传｜用量不乱花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工具插件与技能：好工具，检查后一键装</w:t>
      </w:r>
    </w:p>
    <w:p>
      <w:r>
        <w:rPr>
          <w:rFonts w:ascii="Arial Unicode MS" w:hAnsi="Arial Unicode MS" w:eastAsia="Arial Unicode MS" w:cs="Arial Unicode MS" w:hint="eastAsia"/>
        </w:rPr>
        <w:t>全世界的开发者每天都在公开新的AI工具。好用的很多，但来源不明、授权不清、装了不放心的也很多。</w:t>
      </w:r>
    </w:p>
    <w:p>
      <w:r>
        <w:rPr>
          <w:rFonts w:ascii="Arial Unicode MS" w:hAnsi="Arial Unicode MS" w:eastAsia="Arial Unicode MS" w:cs="Arial Unicode MS" w:hint="eastAsia"/>
          <w:b/>
        </w:rPr>
        <w:t>道生怎么做：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查来源</w:t>
      </w:r>
      <w:r>
        <w:rPr>
          <w:rFonts w:ascii="Arial Unicode MS" w:hAnsi="Arial Unicode MS" w:eastAsia="Arial Unicode MS" w:cs="Arial Unicode MS" w:hint="eastAsia"/>
        </w:rPr>
        <w:t>：锁定具体版本，确认是谁做的；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查授权</w:t>
      </w:r>
      <w:r>
        <w:rPr>
          <w:rFonts w:ascii="Arial Unicode MS" w:hAnsi="Arial Unicode MS" w:eastAsia="Arial Unicode MS" w:cs="Arial Unicode MS" w:hint="eastAsia"/>
        </w:rPr>
        <w:t>：确认能不能商用、能不能在企业里用；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查安全</w:t>
      </w:r>
      <w:r>
        <w:rPr>
          <w:rFonts w:ascii="Arial Unicode MS" w:hAnsi="Arial Unicode MS" w:eastAsia="Arial Unicode MS" w:cs="Arial Unicode MS" w:hint="eastAsia"/>
        </w:rPr>
        <w:t>：放进安全隔间试跑，看它能碰什么、不能碰什么；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上架</w:t>
      </w:r>
      <w:r>
        <w:rPr>
          <w:rFonts w:ascii="Arial Unicode MS" w:hAnsi="Arial Unicode MS" w:eastAsia="Arial Unicode MS" w:cs="Arial Unicode MS" w:hint="eastAsia"/>
        </w:rPr>
        <w:t>：写清楚能做什么、会不会花钱，放进能力广场。</w:t>
      </w:r>
    </w:p>
    <w:p>
      <w:r>
        <w:rPr>
          <w:rFonts w:ascii="Arial Unicode MS" w:hAnsi="Arial Unicode MS" w:eastAsia="Arial Unicode MS" w:cs="Arial Unicode MS" w:hint="eastAsia"/>
          <w:b/>
        </w:rPr>
        <w:t>已在用的例子：</w:t>
      </w:r>
      <w:r>
        <w:rPr>
          <w:rFonts w:ascii="Arial Unicode MS" w:hAnsi="Arial Unicode MS" w:eastAsia="Arial Unicode MS" w:cs="Arial Unicode MS" w:hint="eastAsia"/>
        </w:rPr>
        <w:t xml:space="preserve"> 联网搜索、文档识别、金融数据查询、视觉规范检查。</w:t>
      </w:r>
    </w:p>
    <w:p>
      <w:r>
        <w:rPr>
          <w:rFonts w:ascii="Arial Unicode MS" w:hAnsi="Arial Unicode MS" w:eastAsia="Arial Unicode MS" w:cs="Arial Unicode MS" w:hint="eastAsia"/>
          <w:b/>
        </w:rPr>
        <w:t>可演示：</w:t>
      </w:r>
      <w:r>
        <w:rPr>
          <w:rFonts w:ascii="Arial Unicode MS" w:hAnsi="Arial Unicode MS" w:eastAsia="Arial Unicode MS" w:cs="Arial Unicode MS" w:hint="eastAsia"/>
        </w:rPr>
        <w:t xml:space="preserve"> 从开源项目到上架的“一键导入”流程：发现、筛选、锁定版本、体检、封装、自检，最后由人签字上架。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专家能力：把老手的经验变成随时能用的能力</w:t>
      </w:r>
    </w:p>
    <w:p>
      <w:r>
        <w:rPr>
          <w:rFonts w:ascii="Arial Unicode MS" w:hAnsi="Arial Unicode MS" w:eastAsia="Arial Unicode MS" w:cs="Arial Unicode MS" w:hint="eastAsia"/>
          <w:b/>
        </w:rPr>
        <w:t>遇到的问题：</w:t>
      </w:r>
      <w:r>
        <w:rPr>
          <w:rFonts w:ascii="Arial Unicode MS" w:hAnsi="Arial Unicode MS" w:eastAsia="Arial Unicode MS" w:cs="Arial Unicode MS" w:hint="eastAsia"/>
        </w:rPr>
        <w:t xml:space="preserve"> 每个行业都有“老法师”，他们的判断方法和独有资料最值钱，却很难复制。</w:t>
      </w:r>
    </w:p>
    <w:p>
      <w:r>
        <w:rPr>
          <w:rFonts w:ascii="Arial Unicode MS" w:hAnsi="Arial Unicode MS" w:eastAsia="Arial Unicode MS" w:cs="Arial Unicode MS" w:hint="eastAsia"/>
          <w:b/>
        </w:rPr>
        <w:t>道生怎么做：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把专家的判断方法写成清楚的规则和样例（比如母基金的“看管理人口径”）；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把专家的独有资料整理成带出处的档案；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做成能力后，按使用次数计量，收入与专家分成；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专家可以随时看到自己的能力被用了多少、赚了多少。</w:t>
      </w:r>
    </w:p>
    <w:p>
      <w:r>
        <w:rPr>
          <w:rFonts w:ascii="Arial Unicode MS" w:hAnsi="Arial Unicode MS" w:eastAsia="Arial Unicode MS" w:cs="Arial Unicode MS" w:hint="eastAsia"/>
          <w:b/>
        </w:rPr>
        <w:t>你得到：</w:t>
      </w:r>
      <w:r>
        <w:rPr>
          <w:rFonts w:ascii="Arial Unicode MS" w:hAnsi="Arial Unicode MS" w:eastAsia="Arial Unicode MS" w:cs="Arial Unicode MS" w:hint="eastAsia"/>
        </w:rPr>
        <w:t xml:space="preserve"> 企业可以按需“请”到专家的方法；专家的经验可以持续产生收入。</w:t>
      </w:r>
    </w:p>
    <w:p>
      <w:pPr>
        <w:spacing w:before="120" w:after="160"/>
        <w:ind w:left="340"/>
      </w:pPr>
      <w:r>
        <w:rPr>
          <w:rFonts w:ascii="Arial Unicode MS" w:hAnsi="Arial Unicode MS" w:eastAsia="Arial Unicode MS" w:cs="Arial Unicode MS" w:hint="eastAsia"/>
          <w:b/>
        </w:rPr>
        <w:t>解决：专家经验能复制｜使用有计量｜收入可分成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能力清单（节选）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38"/>
        <w:gridCol w:w="2438"/>
        <w:gridCol w:w="2438"/>
        <w:gridCol w:w="2438"/>
      </w:tblGrid>
      <w:tr>
        <w:trPr>
          <w:tblHeader w:val="true"/>
        </w:trP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能力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能帮你做什么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来源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状态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联网搜索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实时查找网上信息并给出来源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工具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文档识别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PDF、扫描件、Office 文件转成文字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工具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金融数据查询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行情、财务数据、资讯汇总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工具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资料库问答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问你的资料，回答带出处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自有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投研晨报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按工作日出晨报与风险提示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专家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图文卡片产线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从知识到图文卡片成品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自有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母基金管理人档案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带出处的档案与一页纸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专家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物流百票体检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逐票还原真实成本（样例数据）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专家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绩效核算审计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找出绩效结算的错算漏算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专家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用量上限与分事账单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到上限自动停，按事拆账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底座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开源工具一键导入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检查后装进能力广场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工具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</w:tr>
      <w:tr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自动派活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自动把事交给最合适的能力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底座</w:t>
            </w:r>
          </w:p>
        </w:tc>
        <w:tc>
          <w:tcPr>
            <w:tcW w:type="dxa" w:w="243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规划中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以后：自动派活</w:t>
      </w:r>
    </w:p>
    <w:p>
      <w:r>
        <w:rPr>
          <w:rFonts w:ascii="Arial Unicode MS" w:hAnsi="Arial Unicode MS" w:eastAsia="Arial Unicode MS" w:cs="Arial Unicode MS" w:hint="eastAsia"/>
        </w:rPr>
        <w:t>一件事往往要分好几步：先查资料，再分析，再写成报告。以后，道生会自动把每一步交给最合适的AI或能力，并告诉你为什么这样选。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好处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意思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稳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某个AI出问题时自动换一个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快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简单的事交给更快的能力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准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按过往表现，挑做得最好的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省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同样的效果，选花费更少的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  <w:b/>
        </w:rPr>
        <w:t>当前状态：规划中。</w:t>
      </w:r>
      <w:r>
        <w:rPr>
          <w:rFonts w:ascii="Arial Unicode MS" w:hAnsi="Arial Unicode MS" w:eastAsia="Arial Unicode MS" w:cs="Arial Unicode MS" w:hint="eastAsia"/>
        </w:rPr>
        <w:t xml:space="preserve"> 现在道生已经能按任务类型选择不同的AI，并在一个出问题时换下一个；多步骤的自动派活还在建设。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05 道生底座：一个入口，四样管住</w:t>
      </w:r>
    </w:p>
    <w:p>
      <w:r>
        <w:rPr>
          <w:rFonts w:ascii="Arial Unicode MS" w:hAnsi="Arial Unicode MS" w:eastAsia="Arial Unicode MS" w:cs="Arial Unicode MS" w:hint="eastAsia"/>
        </w:rPr>
        <w:t>不管用哪个版本、调哪项能力，都经过同一个底座：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管住什么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怎么管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谁能用、谁来批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每个人、每个部门各有独立空间；重要动作默认不执行，必须有人点头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用量记账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每次使用花了多少、记在哪件事上；到上限自动停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你的资料库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资料按权限可见；AI回答时注明出处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操作记录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谁让AI做了什么、用了哪些资料、结果如何，都查得到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  <w:b/>
        </w:rPr>
        <w:t>你得到：</w:t>
      </w:r>
      <w:r>
        <w:rPr>
          <w:rFonts w:ascii="Arial Unicode MS" w:hAnsi="Arial Unicode MS" w:eastAsia="Arial Unicode MS" w:cs="Arial Unicode MS" w:hint="eastAsia"/>
        </w:rPr>
        <w:t xml:space="preserve"> 能力再多也不乱，出了问题找得到原因。</w:t>
      </w:r>
    </w:p>
    <w:p>
      <w:pPr>
        <w:spacing w:before="120" w:after="160"/>
        <w:ind w:left="340"/>
      </w:pPr>
      <w:r>
        <w:rPr>
          <w:rFonts w:ascii="Arial Unicode MS" w:hAnsi="Arial Unicode MS" w:eastAsia="Arial Unicode MS" w:cs="Arial Unicode MS" w:hint="eastAsia"/>
          <w:b/>
        </w:rPr>
        <w:t>解决：权限说得清｜花钱看得见｜出事查得到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每一块都能单独换</w:t>
      </w:r>
    </w:p>
    <w:p>
      <w:r>
        <w:rPr>
          <w:rFonts w:ascii="Arial Unicode MS" w:hAnsi="Arial Unicode MS" w:eastAsia="Arial Unicode MS" w:cs="Arial Unicode MS" w:hint="eastAsia"/>
        </w:rPr>
        <w:t>道生刻意把自己拆成几块，每块之间约好了“接口”：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这一块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可以换成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AI模型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任何一家兼容通用接口的模型，或你的本机模型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能力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按统一说明书接入的任何工具或专家能力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界面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不同的操作界面，或者接进你已有的办公软件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资料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你的资料始终是文件和记录，可以随时导出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  <w:b/>
        </w:rPr>
        <w:t>这样做的好处：</w:t>
      </w:r>
      <w:r>
        <w:rPr>
          <w:rFonts w:ascii="Arial Unicode MS" w:hAnsi="Arial Unicode MS" w:eastAsia="Arial Unicode MS" w:cs="Arial Unicode MS" w:hint="eastAsia"/>
        </w:rPr>
        <w:t xml:space="preserve"> 不被一家绑住；新技术出来可以直接换上；不想用了可以完整带走。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你的资料库：回答都带出处</w:t>
      </w:r>
    </w:p>
    <w:p>
      <w:r>
        <w:rPr>
          <w:rFonts w:ascii="Arial Unicode MS" w:hAnsi="Arial Unicode MS" w:eastAsia="Arial Unicode MS" w:cs="Arial Unicode MS" w:hint="eastAsia"/>
          <w:b/>
        </w:rPr>
        <w:t>遇到的问题：</w:t>
      </w:r>
      <w:r>
        <w:rPr>
          <w:rFonts w:ascii="Arial Unicode MS" w:hAnsi="Arial Unicode MS" w:eastAsia="Arial Unicode MS" w:cs="Arial Unicode MS" w:hint="eastAsia"/>
        </w:rPr>
        <w:t xml:space="preserve"> AI经常“一本正经地胡说”，你不知道它说的依据是什么。</w:t>
      </w:r>
    </w:p>
    <w:p>
      <w:r>
        <w:rPr>
          <w:rFonts w:ascii="Arial Unicode MS" w:hAnsi="Arial Unicode MS" w:eastAsia="Arial Unicode MS" w:cs="Arial Unicode MS" w:hint="eastAsia"/>
          <w:b/>
        </w:rPr>
        <w:t>道生怎么做：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文档、网页、音视频放进你的资料库；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AI先查你的资料再回答；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每个回答都告诉你依据在哪份资料、哪一页；</w:t>
      </w:r>
    </w:p>
    <w:p>
      <w:pPr>
        <w:pStyle w:val="ListBullet"/>
      </w:pPr>
      <w:r>
        <w:rPr>
          <w:rFonts w:ascii="Arial Unicode MS" w:hAnsi="Arial Unicode MS" w:eastAsia="Arial Unicode MS" w:cs="Arial Unicode MS" w:hint="eastAsia"/>
        </w:rPr>
        <w:t>没有权限看的资料，AI也看不到。</w:t>
      </w:r>
    </w:p>
    <w:p>
      <w:r>
        <w:rPr>
          <w:rFonts w:ascii="Arial Unicode MS" w:hAnsi="Arial Unicode MS" w:eastAsia="Arial Unicode MS" w:cs="Arial Unicode MS" w:hint="eastAsia"/>
          <w:b/>
        </w:rPr>
        <w:t>当前状态：</w:t>
      </w:r>
      <w:r>
        <w:rPr>
          <w:rFonts w:ascii="Arial Unicode MS" w:hAnsi="Arial Unicode MS" w:eastAsia="Arial Unicode MS" w:cs="Arial Unicode MS" w:hint="eastAsia"/>
        </w:rPr>
        <w:t xml:space="preserve"> 视频与文档资料库问答已在我们自己的业务中使用；面向企业的统一资料入库与按权限检索在建设中。</w:t>
      </w:r>
    </w:p>
    <w:p>
      <w:pPr>
        <w:spacing w:before="120" w:after="160"/>
        <w:ind w:left="340"/>
      </w:pPr>
      <w:r>
        <w:rPr>
          <w:rFonts w:ascii="Arial Unicode MS" w:hAnsi="Arial Unicode MS" w:eastAsia="Arial Unicode MS" w:cs="Arial Unicode MS" w:hint="eastAsia"/>
          <w:b/>
        </w:rPr>
        <w:t>解决：回答有依据｜资料按权限｜查得到出处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让模型学会你的做法</w:t>
      </w:r>
    </w:p>
    <w:p>
      <w:r>
        <w:rPr>
          <w:rFonts w:ascii="Arial Unicode MS" w:hAnsi="Arial Unicode MS" w:eastAsia="Arial Unicode MS" w:cs="Arial Unicode MS" w:hint="eastAsia"/>
          <w:b/>
        </w:rPr>
        <w:t>遇到的问题：</w:t>
      </w:r>
      <w:r>
        <w:rPr>
          <w:rFonts w:ascii="Arial Unicode MS" w:hAnsi="Arial Unicode MS" w:eastAsia="Arial Unicode MS" w:cs="Arial Unicode MS" w:hint="eastAsia"/>
        </w:rPr>
        <w:t xml:space="preserve"> 通用AI不懂你们行业的“规矩”，每次都要从头教。</w:t>
      </w:r>
    </w:p>
    <w:p>
      <w:r>
        <w:rPr>
          <w:rFonts w:ascii="Arial Unicode MS" w:hAnsi="Arial Unicode MS" w:eastAsia="Arial Unicode MS" w:cs="Arial Unicode MS" w:hint="eastAsia"/>
          <w:b/>
        </w:rPr>
        <w:t>道生的做法分三步，先易后难：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先写成规矩和样例。</w:t>
      </w:r>
      <w:r>
        <w:rPr>
          <w:rFonts w:ascii="Arial Unicode MS" w:hAnsi="Arial Unicode MS" w:eastAsia="Arial Unicode MS" w:cs="Arial Unicode MS" w:hint="eastAsia"/>
        </w:rPr>
        <w:t xml:space="preserve"> 把老手的判断口径写成清楚的规则和示例，AI照着做。这一步最快见效。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再攒纠错记录。</w:t>
      </w:r>
      <w:r>
        <w:rPr>
          <w:rFonts w:ascii="Arial Unicode MS" w:hAnsi="Arial Unicode MS" w:eastAsia="Arial Unicode MS" w:cs="Arial Unicode MS" w:hint="eastAsia"/>
        </w:rPr>
        <w:t xml:space="preserve"> 每次业务人员改AI的答案，道生都记下来。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攒够了再训练。</w:t>
      </w:r>
      <w:r>
        <w:rPr>
          <w:rFonts w:ascii="Arial Unicode MS" w:hAnsi="Arial Unicode MS" w:eastAsia="Arial Unicode MS" w:cs="Arial Unicode MS" w:hint="eastAsia"/>
        </w:rPr>
        <w:t xml:space="preserve"> 纠错记录积累到足够数量（至少300组），才用它训练模型；训练后必须在同一套测试题上比原来好，否则不上线，可以一键退回。</w:t>
      </w:r>
    </w:p>
    <w:p>
      <w:r>
        <w:rPr>
          <w:rFonts w:ascii="Arial Unicode MS" w:hAnsi="Arial Unicode MS" w:eastAsia="Arial Unicode MS" w:cs="Arial Unicode MS" w:hint="eastAsia"/>
          <w:b/>
        </w:rPr>
        <w:t>当前状态：</w:t>
      </w:r>
      <w:r>
        <w:rPr>
          <w:rFonts w:ascii="Arial Unicode MS" w:hAnsi="Arial Unicode MS" w:eastAsia="Arial Unicode MS" w:cs="Arial Unicode MS" w:hint="eastAsia"/>
        </w:rPr>
        <w:t xml:space="preserve"> 第一步已在母基金场景使用；第二、三步规划中。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守规矩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规则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要点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道生怎么做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AI生成内容标识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2025年9月1日起施行，对外内容需加标识[S5][S29]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对外发布内容按规则加标识，发布前检查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个人信息出境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按出境人数分级：免申报、标准合同或认证、安全评估[S30]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用到海外模型或跨境资料时，先做出境判断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生成式AI服务备案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面向公众且有舆论属性的服务需评估与备案[S31][S32]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企业内部部署与面向公众服务分开判断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欧盟AI法案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高风险义务推迟至2027年12月[S35]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面向欧盟的项目逐项核对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本页只做产品说明，不构成法律意见。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06 个人怎么开始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预约内测</w:t>
      </w:r>
      <w:r>
        <w:rPr>
          <w:rFonts w:ascii="Arial Unicode MS" w:hAnsi="Arial Unicode MS" w:eastAsia="Arial Unicode MS" w:cs="Arial Unicode MS" w:hint="eastAsia"/>
        </w:rPr>
        <w:t>：告诉我们你是做什么的、每天最想交给AI的一件事；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装在自己电脑上</w:t>
      </w:r>
      <w:r>
        <w:rPr>
          <w:rFonts w:ascii="Arial Unicode MS" w:hAnsi="Arial Unicode MS" w:eastAsia="Arial Unicode MS" w:cs="Arial Unicode MS" w:hint="eastAsia"/>
        </w:rPr>
        <w:t>：选择用本机模型、自己的模型账号，或由道生统一采购的模型用量；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放进你的资料</w:t>
      </w:r>
      <w:r>
        <w:rPr>
          <w:rFonts w:ascii="Arial Unicode MS" w:hAnsi="Arial Unicode MS" w:eastAsia="Arial Unicode MS" w:cs="Arial Unicode MS" w:hint="eastAsia"/>
        </w:rPr>
        <w:t>：从最常用的一个文件夹开始；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装三个能力</w:t>
      </w:r>
      <w:r>
        <w:rPr>
          <w:rFonts w:ascii="Arial Unicode MS" w:hAnsi="Arial Unicode MS" w:eastAsia="Arial Unicode MS" w:cs="Arial Unicode MS" w:hint="eastAsia"/>
        </w:rPr>
        <w:t>：从能力广场挑三个最常用的；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一周后回看</w:t>
      </w:r>
      <w:r>
        <w:rPr>
          <w:rFonts w:ascii="Arial Unicode MS" w:hAnsi="Arial Unicode MS" w:eastAsia="Arial Unicode MS" w:cs="Arial Unicode MS" w:hint="eastAsia"/>
        </w:rPr>
        <w:t>：看看省了多少时间，花了多少用量，哪些做法值得存下来。</w:t>
      </w:r>
    </w:p>
    <w:p>
      <w:r>
        <w:rPr>
          <w:rFonts w:ascii="Arial Unicode MS" w:hAnsi="Arial Unicode MS" w:eastAsia="Arial Unicode MS" w:cs="Arial Unicode MS" w:hint="eastAsia"/>
        </w:rPr>
        <w:t>超级个体版正在招募内测用户，内测期价格可能调整。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企业怎么开始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步骤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结束时你得到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1 资格评估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30分钟，看一件事是否适合交给AI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适合 / 先补资料 / 暂不适合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2 场景验证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用你的真实样本，先只看不动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一份结果样本和是否继续的判断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3 私有部署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装进你的机房，接入资料与系统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一个场景稳定可用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4 长成能力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把做顺的流程沉淀成能力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下一件事可以直接用上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</w:rPr>
        <w:t>每一步都可以停下来。没看到结果之前，不需要为下一步付钱。</w:t>
      </w:r>
    </w:p>
    <w:p>
      <w:r>
        <w:rPr>
          <w:rFonts w:ascii="Arial Unicode MS" w:hAnsi="Arial Unicode MS" w:eastAsia="Arial Unicode MS" w:cs="Arial Unicode MS" w:hint="eastAsia"/>
        </w:rPr>
        <w:t>详细做法见《行业定制与私有化指南》。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怎么收费</w:t>
      </w:r>
    </w:p>
    <w:p>
      <w:r>
        <w:rPr>
          <w:rFonts w:ascii="Arial Unicode MS" w:hAnsi="Arial Unicode MS" w:eastAsia="Arial Unicode MS" w:cs="Arial Unicode MS" w:hint="eastAsia"/>
          <w:b/>
        </w:rPr>
        <w:t>原则：软件、AI模型用量、专家能力分开算，只为用到的部分付钱。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版本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收费方式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包含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体验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先装上试试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装在自己电脑上，基础资料库，本机模型或自带账号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超级个体版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按月或按年订阅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完整个人资料库、能力广场常用能力、用量上限与账单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超级个体版·进阶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按月或按年订阅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以上全部，加专家能力额度、本机大模型对接与优先支持</w:t>
            </w:r>
          </w:p>
        </w:tc>
      </w:tr>
      <w:tr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行业定制版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部署授权（订阅或永久）+ 场景实施 + 年度维护</w:t>
            </w:r>
          </w:p>
        </w:tc>
        <w:tc>
          <w:tcPr>
            <w:tcW w:type="dxa" w:w="325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私有部署、资料库建设、行业应用、系统对接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  <w:b/>
        </w:rPr>
        <w:t>另外单独计费：</w:t>
      </w:r>
      <w:r>
        <w:rPr>
          <w:rFonts w:ascii="Arial Unicode MS" w:hAnsi="Arial Unicode MS" w:eastAsia="Arial Unicode MS" w:cs="Arial Unicode MS" w:hint="eastAsia"/>
        </w:rPr>
        <w:t xml:space="preserve"> AI模型用量（自带账号不收费）、专家能力（按次或按月）、定制开发与系统对接（按范围报价）。</w:t>
      </w:r>
    </w:p>
    <w:p>
      <w:r>
        <w:rPr>
          <w:rFonts w:ascii="Arial Unicode MS" w:hAnsi="Arial Unicode MS" w:eastAsia="Arial Unicode MS" w:cs="Arial Unicode MS" w:hint="eastAsia"/>
        </w:rPr>
        <w:t>具体价格请预约沟通，以书面报价为准。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07 伙伴与能力提供方</w:t>
      </w:r>
    </w:p>
    <w:p>
      <w:r>
        <w:rPr>
          <w:rFonts w:ascii="Arial Unicode MS" w:hAnsi="Arial Unicode MS" w:eastAsia="Arial Unicode MS" w:cs="Arial Unicode MS" w:hint="eastAsia"/>
          <w:b/>
        </w:rPr>
        <w:t>伙伴合作，四种方式，按成熟度升级：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方式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适合谁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企业合作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直接采购道生、建设自己AI底座的企业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渠道合作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面向区域或行业客户，长期销售与本地服务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解决方案合作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软件商、集成商，一起为客户做项目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品牌合作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达到交付与服务门槛后，在道生之上推出自己的行业版本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  <w:b/>
        </w:rPr>
        <w:t>能力提供方：</w:t>
      </w:r>
      <w:r>
        <w:rPr>
          <w:rFonts w:ascii="Arial Unicode MS" w:hAnsi="Arial Unicode MS" w:eastAsia="Arial Unicode MS" w:cs="Arial Unicode MS" w:hint="eastAsia"/>
        </w:rPr>
        <w:t xml:space="preserve"> 开发者、开源项目、行业专家、模型服务商，都可以把能力接进道生。你负责能力本身好用；我们负责接入、上架、计量和结算。</w:t>
      </w:r>
    </w:p>
    <w:p>
      <w:r>
        <w:rPr>
          <w:rFonts w:ascii="Arial Unicode MS" w:hAnsi="Arial Unicode MS" w:eastAsia="Arial Unicode MS" w:cs="Arial Unicode MS" w:hint="eastAsia"/>
        </w:rPr>
        <w:t>详见《能力接入与伙伴指南》。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我们怎样承诺</w:t>
      </w:r>
    </w:p>
    <w:p>
      <w:r>
        <w:rPr>
          <w:rFonts w:ascii="Arial Unicode MS" w:hAnsi="Arial Unicode MS" w:eastAsia="Arial Unicode MS" w:cs="Arial Unicode MS" w:hint="eastAsia"/>
          <w:b/>
        </w:rPr>
        <w:t>四个状态词：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6"/>
        <w:gridCol w:w="4876"/>
      </w:tblGrid>
      <w:tr>
        <w:trPr>
          <w:tblHeader w:val="true"/>
        </w:trP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状态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1C1C1A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b/>
                <w:color w:val="FFFFFF"/>
                <w:sz w:val="17"/>
              </w:rPr>
              <w:t>意思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已在用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在道生自己的业务里持续使用，有记录可查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已验证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用真实样本验收过，但还没有大规模使用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可演示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可以演示给你看，输入输出清楚</w:t>
            </w:r>
          </w:p>
        </w:tc>
      </w:tr>
      <w:tr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规划中</w:t>
            </w:r>
          </w:p>
        </w:tc>
        <w:tc>
          <w:tcPr>
            <w:tcW w:type="dxa" w:w="487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1EEE6"/>
          </w:tcPr>
          <w:p>
            <w:pPr>
              <w:spacing w:after="0"/>
            </w:pPr>
            <w:r>
              <w:rPr>
                <w:rFonts w:ascii="Arial Unicode MS" w:hAnsi="Arial Unicode MS" w:eastAsia="Arial Unicode MS" w:cs="Arial Unicode MS" w:hint="eastAsia"/>
                <w:sz w:val="17"/>
              </w:rPr>
              <w:t>已有设计或方法，还在建设</w:t>
            </w:r>
          </w:p>
        </w:tc>
      </w:tr>
    </w:tbl>
    <w:p>
      <w:pPr>
        <w:spacing w:after="0"/>
      </w:pPr>
    </w:p>
    <w:p>
      <w:r>
        <w:rPr>
          <w:rFonts w:ascii="Arial Unicode MS" w:hAnsi="Arial Unicode MS" w:eastAsia="Arial Unicode MS" w:cs="Arial Unicode MS" w:hint="eastAsia"/>
          <w:b/>
        </w:rPr>
        <w:t>我们不说的话：</w:t>
      </w:r>
      <w:r>
        <w:rPr>
          <w:rFonts w:ascii="Arial Unicode MS" w:hAnsi="Arial Unicode MS" w:eastAsia="Arial Unicode MS" w:cs="Arial Unicode MS" w:hint="eastAsia"/>
        </w:rPr>
        <w:t xml:space="preserve"> 万能、全自动、绝对安全。</w:t>
      </w:r>
    </w:p>
    <w:p>
      <w:r>
        <w:rPr>
          <w:rFonts w:ascii="Arial Unicode MS" w:hAnsi="Arial Unicode MS" w:eastAsia="Arial Unicode MS" w:cs="Arial Unicode MS" w:hint="eastAsia"/>
          <w:b/>
        </w:rPr>
        <w:t>我们会做的事：</w:t>
      </w:r>
      <w:r>
        <w:rPr>
          <w:rFonts w:ascii="Arial Unicode MS" w:hAnsi="Arial Unicode MS" w:eastAsia="Arial Unicode MS" w:cs="Arial Unicode MS" w:hint="eastAsia"/>
        </w:rPr>
        <w:t xml:space="preserve"> 资料和记录可以导出；每一步都可以停；没做完的写“规划中”。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为什么选道生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先在自己身上用过。</w:t>
      </w:r>
      <w:r>
        <w:rPr>
          <w:rFonts w:ascii="Arial Unicode MS" w:hAnsi="Arial Unicode MS" w:eastAsia="Arial Unicode MS" w:cs="Arial Unicode MS" w:hint="eastAsia"/>
        </w:rPr>
        <w:t xml:space="preserve"> 近百项能力来自我们自己的业务，不是凭空设计的功能清单。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装在你这里。</w:t>
      </w:r>
      <w:r>
        <w:rPr>
          <w:rFonts w:ascii="Arial Unicode MS" w:hAnsi="Arial Unicode MS" w:eastAsia="Arial Unicode MS" w:cs="Arial Unicode MS" w:hint="eastAsia"/>
        </w:rPr>
        <w:t xml:space="preserve"> 资料不出门，敏感内容只给本机模型。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每一块都能换。</w:t>
      </w:r>
      <w:r>
        <w:rPr>
          <w:rFonts w:ascii="Arial Unicode MS" w:hAnsi="Arial Unicode MS" w:eastAsia="Arial Unicode MS" w:cs="Arial Unicode MS" w:hint="eastAsia"/>
        </w:rPr>
        <w:t xml:space="preserve"> 不被一家公司绑住，新技术出来直接换上。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能力会生长。</w:t>
      </w:r>
      <w:r>
        <w:rPr>
          <w:rFonts w:ascii="Arial Unicode MS" w:hAnsi="Arial Unicode MS" w:eastAsia="Arial Unicode MS" w:cs="Arial Unicode MS" w:hint="eastAsia"/>
        </w:rPr>
        <w:t xml:space="preserve"> 开源工具、专家经验、你们的做法，都能变成下次直接拿来用的能力。</w:t>
      </w:r>
    </w:p>
    <w:p>
      <w:pPr>
        <w:pStyle w:val="ListNumber"/>
      </w:pPr>
      <w:r>
        <w:rPr>
          <w:rFonts w:ascii="Arial Unicode MS" w:hAnsi="Arial Unicode MS" w:eastAsia="Arial Unicode MS" w:cs="Arial Unicode MS" w:hint="eastAsia"/>
          <w:b/>
        </w:rPr>
        <w:t>一个人和一家企业用同一个底座。</w:t>
      </w:r>
      <w:r>
        <w:rPr>
          <w:rFonts w:ascii="Arial Unicode MS" w:hAnsi="Arial Unicode MS" w:eastAsia="Arial Unicode MS" w:cs="Arial Unicode MS" w:hint="eastAsia"/>
        </w:rPr>
        <w:t xml:space="preserve"> 个人用顺的能力企业能用，企业的行业能力也能（经授权）开放给个人。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主要来源</w:t>
      </w:r>
    </w:p>
    <w:p>
      <w:r>
        <w:rPr>
          <w:rFonts w:ascii="Arial Unicode MS" w:hAnsi="Arial Unicode MS" w:eastAsia="Arial Unicode MS" w:cs="Arial Unicode MS" w:hint="eastAsia"/>
        </w:rPr>
        <w:t>[S1] Stanford HAI，*2026 AI Index Report*，Economy 章节。组织AI采用口径。 [S3] Gartner，2025-06-25 新闻稿。为预测，不是已发生的失败率。 [S5] 国家网信办等四部门，《人工智能生成合成内容标识办法》，2025-09-01施行。 [S29] GB 45438-2025《网络安全技术 人工智能生成合成内容标识方法》。 [S30] 国家网信办，《促进和规范数据跨境流动规定》，2024-03-22。 [S31][S32] 《生成式人工智能服务管理暂行办法》及网信办备案公告。 [S35] Regulation (EU) 2026/1744。</w:t>
      </w:r>
    </w:p>
    <w:p>
      <w:r>
        <w:rPr>
          <w:rFonts w:ascii="Arial Unicode MS" w:hAnsi="Arial Unicode MS" w:eastAsia="Arial Unicode MS" w:cs="Arial Unicode MS" w:hint="eastAsia"/>
        </w:rPr>
        <w:t>价格、许可和产品能力均为时间快照。完整来源、原文摘录与限制见随附证据库。</w:t>
      </w:r>
    </w:p>
    <w:p>
      <w:r>
        <w:rPr>
          <w:rFonts w:ascii="Arial Unicode MS" w:hAnsi="Arial Unicode MS" w:eastAsia="Arial Unicode MS" w:cs="Arial Unicode MS" w:hint="eastAsia"/>
        </w:rPr>
        <w:br w:type="page"/>
      </w:r>
    </w:p>
    <w:p>
      <w:pPr>
        <w:pStyle w:val="Heading1"/>
      </w:pPr>
      <w:r>
        <w:rPr>
          <w:rFonts w:ascii="Arial Unicode MS" w:hAnsi="Arial Unicode MS" w:eastAsia="Arial Unicode MS" w:cs="Arial Unicode MS" w:hint="eastAsia"/>
        </w:rPr>
        <w:t>种下一颗种子</w:t>
      </w:r>
    </w:p>
    <w:p>
      <w:r>
        <w:rPr>
          <w:rFonts w:ascii="Arial Unicode MS" w:hAnsi="Arial Unicode MS" w:eastAsia="Arial Unicode MS" w:cs="Arial Unicode MS" w:hint="eastAsia"/>
        </w:rPr>
        <w:t>从一件你每周都在重复做的事开始。</w:t>
      </w:r>
    </w:p>
    <w:p>
      <w:r>
        <w:rPr>
          <w:rFonts w:ascii="Arial Unicode MS" w:hAnsi="Arial Unicode MS" w:eastAsia="Arial Unicode MS" w:cs="Arial Unicode MS" w:hint="eastAsia"/>
          <w:b/>
        </w:rPr>
        <w:t>道生</w:t>
      </w:r>
      <w:r>
        <w:rPr>
          <w:rFonts w:ascii="Arial Unicode MS" w:hAnsi="Arial Unicode MS" w:eastAsia="Arial Unicode MS" w:cs="Arial Unicode MS" w:hint="eastAsia"/>
        </w:rPr>
        <w:t xml:space="preserve"> 你的AI，装在你自己这里</w:t>
      </w:r>
    </w:p>
    <w:p>
      <w:r>
        <w:rPr>
          <w:rFonts w:ascii="Arial Unicode MS" w:hAnsi="Arial Unicode MS" w:eastAsia="Arial Unicode MS" w:cs="Arial Unicode MS" w:hint="eastAsia"/>
        </w:rPr>
        <w:t>产品手册 v3.0 · 核验日 2026-09-24 能力状态、价格、部署条件以书面确认为准。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 w:cs="Arial Unicode MS" w:hint="eastAsia"/>
        <w:color w:val="6E6E6E"/>
        <w:sz w:val="16"/>
      </w:rPr>
      <w:t xml:space="preserve">道生产品手册_v3.0  </w:t>
    </w:r>
    <w:r>
      <w:rPr>
        <w:rFonts w:ascii="Arial Unicode MS" w:hAnsi="Arial Unicode MS" w:eastAsia="Arial Unicode MS" w:cs="Arial Unicode MS" w:hint="eastAsia"/>
        <w:color w:val="6E6E6E"/>
        <w:sz w:val="16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 Unicode MS" w:hAnsi="Arial Unicode MS" w:eastAsia="Arial Unicode MS" w:cs="Arial Unicode M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80"/>
      <w:outlineLvl w:val="0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00000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/>
      <w:outlineLvl w:val="1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 w:cs="Arial Unicode MS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20" w:line="240" w:lineRule="auto" w:before="0"/>
      <w:contextualSpacing/>
    </w:pPr>
    <w:rPr>
      <w:rFonts w:asciiTheme="majorHAnsi" w:eastAsiaTheme="majorEastAsia" w:hAnsiTheme="majorHAnsi" w:cstheme="majorBidi" w:ascii="Arial Unicode MS" w:hAnsi="Arial Unicode MS" w:eastAsia="Arial Unicode MS" w:cs="Arial Unicode MS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道生产品手册 v3.0</dc:title>
  <dc:subject>本立道生 道生AGENTIC市场基石文档</dc:subject>
  <dc:creator>本立道生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